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Belgium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https://specialeducationpath.com/europe/belgium/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