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Cyprus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https://specialeducationpath.com/europe/cyprus/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