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Denmark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https://specialeducationpath.com/europe/denmark/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