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Estonia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https://specialeducationpath.com/europe/estonia/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