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Germany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https://specialeducationpath.com/europe/germany/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