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Greece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https://specialeducationpath.com/europe/greece/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