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Hungary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https://specialeducationpath.com/europe/hungary/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