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Iceland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https://specialeducationpath.com/europe/iceland/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