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Ireland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https://specialeducationpath.com/europe/ireland/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