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Latvia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https://specialeducationpath.com/europe/latvia/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