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Lithuania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https://specialeducationpath.com/europe/lithuania/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