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Luxembourg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https://specialeducationpath.com/europe/luxembourg/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