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Netherlands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https://specialeducationpath.com/europe/netherlands/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