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Poland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https://specialeducationpath.com/europe/poland/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