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Portugal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https://specialeducationpath.com/europe/portugal/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