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Slovenia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https://specialeducationpath.com/europe/slovenia/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