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Sweden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https://specialeducationpath.com/europe/sweden/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