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Switzerland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https://specialeducationpath.com/europe/switzerland/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